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Tabulyn practice report</w:t>
      </w:r>
    </w:p>
    <w:p>
      <w:r>
        <w:t>Fictional document for testing Word-to-PDF conversion. Reference: SAMPLE-123.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